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C0F" w:rsidRDefault="001B780D">
      <w:pPr>
        <w:jc w:val="center"/>
      </w:pPr>
      <w:r>
        <w:rPr>
          <w:b/>
          <w:sz w:val="28"/>
        </w:rPr>
        <w:t>UNIVERSIDADE FEDERAL DO CEARÁ</w:t>
      </w:r>
      <w:r>
        <w:rPr>
          <w:b/>
          <w:sz w:val="28"/>
        </w:rPr>
        <w:br/>
      </w:r>
      <w:r>
        <w:rPr>
          <w:b/>
        </w:rPr>
        <w:t>Centro de Tecnologia</w:t>
      </w:r>
      <w:r>
        <w:rPr>
          <w:b/>
        </w:rPr>
        <w:br/>
        <w:t>Programa de Pós-Graduação em Engenharia Elétrica – PPGEE</w:t>
      </w:r>
      <w:r>
        <w:rPr>
          <w:b/>
        </w:rPr>
        <w:br/>
      </w:r>
      <w:r>
        <w:rPr>
          <w:b/>
        </w:rPr>
        <w:br/>
      </w:r>
    </w:p>
    <w:p w:rsidR="00A22C0F" w:rsidRDefault="001B780D">
      <w:pPr>
        <w:pStyle w:val="Ttulo1"/>
        <w:jc w:val="center"/>
      </w:pPr>
      <w:r>
        <w:t>DECLARAÇÃO DE CIÊNCIA DO ORIENTADOR</w:t>
      </w:r>
    </w:p>
    <w:p w:rsidR="00A22C0F" w:rsidRDefault="001B780D">
      <w:proofErr w:type="spellStart"/>
      <w:r>
        <w:t>Discente</w:t>
      </w:r>
      <w:proofErr w:type="spellEnd"/>
      <w:r>
        <w:t>: ______________________________________________</w:t>
      </w:r>
    </w:p>
    <w:p w:rsidR="00A22C0F" w:rsidRDefault="001B780D">
      <w:r>
        <w:t xml:space="preserve">Matrícula: </w:t>
      </w:r>
      <w:r>
        <w:t>____________________</w:t>
      </w:r>
      <w:bookmarkStart w:id="0" w:name="_GoBack"/>
      <w:bookmarkEnd w:id="0"/>
    </w:p>
    <w:p w:rsidR="00A22C0F" w:rsidRDefault="001B780D">
      <w:r>
        <w:t>Curso: (   ) Mestrado   (   ) Doutorado</w:t>
      </w:r>
    </w:p>
    <w:p w:rsidR="00A22C0F" w:rsidRDefault="001B780D">
      <w:r>
        <w:t>Título da Dissertação/Tese:</w:t>
      </w:r>
      <w:r>
        <w:br/>
        <w:t>__________________________________________________________</w:t>
      </w:r>
      <w:r>
        <w:br/>
        <w:t>__________________________________________________________</w:t>
      </w:r>
    </w:p>
    <w:p w:rsidR="00A22C0F" w:rsidRDefault="001B780D">
      <w:r>
        <w:t>Data da Defesa: ____/____/______</w:t>
      </w:r>
      <w:r>
        <w:br/>
      </w:r>
    </w:p>
    <w:p w:rsidR="00A22C0F" w:rsidRDefault="001B780D">
      <w:r>
        <w:t>Eu, Prof.(a) Dr</w:t>
      </w:r>
      <w:r>
        <w:t>.(a) ________________________________________, orientador(a) do(a) discente acima identificado(a), declaro que a versão final da dissertação/tese contempla as alterações determinadas pela Banca Examinadora, conforme deliberação ocorrida na defesa.</w:t>
      </w:r>
    </w:p>
    <w:p w:rsidR="00A22C0F" w:rsidRDefault="001B780D">
      <w:r>
        <w:t>Dessa fo</w:t>
      </w:r>
      <w:r>
        <w:t>rma, atesto que o trabalho encontra-se apto para depósito no Repositório Institucional da Biblioteca da Universidade Federal do Ceará e AUTORIZO sua submissão, bem como a continuidade dos procedimentos para homologação da defesa e expedição do diploma.</w:t>
      </w:r>
    </w:p>
    <w:p w:rsidR="00A22C0F" w:rsidRDefault="001B780D">
      <w:r>
        <w:br/>
        <w:t>Fo</w:t>
      </w:r>
      <w:r>
        <w:t>rtaleza, ____ de __________________ de ________.</w:t>
      </w:r>
      <w: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3145"/>
      </w:tblGrid>
      <w:tr w:rsidR="00A22C0F" w:rsidTr="00B7583E">
        <w:tc>
          <w:tcPr>
            <w:tcW w:w="5495" w:type="dxa"/>
          </w:tcPr>
          <w:p w:rsidR="00A22C0F" w:rsidRDefault="00A22C0F"/>
        </w:tc>
        <w:tc>
          <w:tcPr>
            <w:tcW w:w="3145" w:type="dxa"/>
          </w:tcPr>
          <w:p w:rsidR="00A22C0F" w:rsidRDefault="00A22C0F"/>
        </w:tc>
      </w:tr>
      <w:tr w:rsidR="00A22C0F" w:rsidTr="00B7583E">
        <w:tc>
          <w:tcPr>
            <w:tcW w:w="5495" w:type="dxa"/>
          </w:tcPr>
          <w:p w:rsidR="00A22C0F" w:rsidRDefault="001B780D" w:rsidP="00B7583E">
            <w:pPr>
              <w:jc w:val="center"/>
            </w:pPr>
            <w:r>
              <w:t>__________________________________</w:t>
            </w:r>
            <w:r>
              <w:br/>
              <w:t>Prof.(a) Dr.(a)</w:t>
            </w:r>
            <w:r w:rsidR="00B7583E">
              <w:t xml:space="preserve"> </w:t>
            </w:r>
            <w:proofErr w:type="spellStart"/>
            <w:r>
              <w:t>Orientador</w:t>
            </w:r>
            <w:proofErr w:type="spellEnd"/>
            <w:r>
              <w:t>(a)</w:t>
            </w:r>
          </w:p>
        </w:tc>
        <w:tc>
          <w:tcPr>
            <w:tcW w:w="3145" w:type="dxa"/>
          </w:tcPr>
          <w:p w:rsidR="00A22C0F" w:rsidRDefault="00A22C0F"/>
        </w:tc>
      </w:tr>
    </w:tbl>
    <w:p w:rsidR="001B780D" w:rsidRDefault="001B780D"/>
    <w:sectPr w:rsidR="001B780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B780D"/>
    <w:rsid w:val="0029639D"/>
    <w:rsid w:val="00326F90"/>
    <w:rsid w:val="00A22C0F"/>
    <w:rsid w:val="00AA1D8D"/>
    <w:rsid w:val="00B47730"/>
    <w:rsid w:val="00B7583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09EED0"/>
  <w14:defaultImageDpi w14:val="300"/>
  <w15:docId w15:val="{83C50A32-7A12-4D23-9773-DF4E10BF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6455DB-F3C3-491D-B580-CD5BDA361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</cp:lastModifiedBy>
  <cp:revision>2</cp:revision>
  <dcterms:created xsi:type="dcterms:W3CDTF">2013-12-23T23:15:00Z</dcterms:created>
  <dcterms:modified xsi:type="dcterms:W3CDTF">2026-07-23T13:29:00Z</dcterms:modified>
  <cp:category/>
</cp:coreProperties>
</file>